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  <w:sz w:val="32"/>
              </w:rPr>
              <w:t>[Bedrijfsnaam]</w:t>
            </w:r>
          </w:p>
        </w:tc>
        <w:tc>
          <w:tcPr>
            <w:tcW w:type="dxa" w:w="4819"/>
          </w:tcPr>
          <w:p>
            <w:pPr>
              <w:spacing w:after="0"/>
              <w:jc w:val="right"/>
            </w:pPr>
            <w:r/>
            <w:r>
              <w:rPr>
                <w:color w:val="6B6A7A"/>
                <w:sz w:val="17"/>
              </w:rPr>
              <w:t>[Straat en huisnummer]</w:t>
            </w:r>
          </w:p>
          <w:p>
            <w:pPr>
              <w:spacing w:after="0"/>
              <w:jc w:val="right"/>
            </w:pPr>
            <w:r>
              <w:rPr>
                <w:color w:val="6B6A7A"/>
                <w:sz w:val="17"/>
              </w:rPr>
              <w:t>[Postcode en plaats]</w:t>
            </w:r>
          </w:p>
          <w:p>
            <w:pPr>
              <w:spacing w:after="0"/>
              <w:jc w:val="right"/>
            </w:pPr>
            <w:r>
              <w:rPr>
                <w:color w:val="6B6A7A"/>
                <w:sz w:val="17"/>
              </w:rPr>
              <w:t>[E-mailadres]</w:t>
            </w:r>
          </w:p>
          <w:p>
            <w:pPr>
              <w:spacing w:after="0"/>
              <w:jc w:val="right"/>
            </w:pPr>
            <w:r>
              <w:rPr>
                <w:color w:val="6B6A7A"/>
                <w:sz w:val="17"/>
              </w:rPr>
              <w:t>KvK [nummer]</w:t>
            </w:r>
          </w:p>
          <w:p>
            <w:pPr>
              <w:spacing w:after="0"/>
              <w:jc w:val="right"/>
            </w:pPr>
            <w:r>
              <w:rPr>
                <w:color w:val="6B6A7A"/>
                <w:sz w:val="17"/>
              </w:rPr>
              <w:t>Btw-id [NL000000000B00]</w:t>
            </w:r>
          </w:p>
          <w:p>
            <w:pPr>
              <w:spacing w:after="0"/>
              <w:jc w:val="right"/>
            </w:pPr>
            <w:r>
              <w:rPr>
                <w:color w:val="6B6A7A"/>
                <w:sz w:val="17"/>
              </w:rPr>
              <w:t>IBAN [NL00 BANK 0000 0000 00]</w:t>
            </w:r>
          </w:p>
        </w:tc>
      </w:tr>
    </w:tbl>
    <w:p>
      <w:pPr>
        <w:spacing w:after="120"/>
      </w:pPr>
      <w:r>
        <w:rPr>
          <w:b w:val="0"/>
          <w:color w:val="0B0A14"/>
          <w:sz w:val="20"/>
        </w:rPr>
      </w:r>
    </w:p>
    <w:p>
      <w:pPr>
        <w:spacing w:after="200"/>
      </w:pPr>
      <w:r>
        <w:rPr>
          <w:b/>
          <w:color w:val="2F45FF"/>
          <w:sz w:val="44"/>
        </w:rPr>
        <w:t>FACTUUR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color w:val="6B6A7A"/>
                <w:sz w:val="15"/>
              </w:rPr>
              <w:t>AAN</w:t>
            </w:r>
          </w:p>
          <w:p>
            <w:pPr>
              <w:spacing w:after="0"/>
            </w:pPr>
            <w:r>
              <w:rPr>
                <w:b/>
              </w:rPr>
              <w:t>[Naam klant of bedrijf]</w:t>
            </w:r>
          </w:p>
          <w:p>
            <w:pPr>
              <w:spacing w:after="0"/>
            </w:pPr>
            <w:r>
              <w:rPr>
                <w:b w:val="0"/>
              </w:rPr>
              <w:t>t.a.v. [contactpersoon]</w:t>
            </w:r>
          </w:p>
          <w:p>
            <w:pPr>
              <w:spacing w:after="0"/>
            </w:pPr>
            <w:r>
              <w:rPr>
                <w:b w:val="0"/>
              </w:rPr>
              <w:t>[Straat en huisnummer]</w:t>
            </w:r>
          </w:p>
          <w:p>
            <w:pPr>
              <w:spacing w:after="0"/>
            </w:pPr>
            <w:r>
              <w:rPr>
                <w:b w:val="0"/>
              </w:rPr>
              <w:t>[Postcode en plaats]</w:t>
            </w:r>
          </w:p>
        </w:tc>
        <w:tc>
          <w:tcPr>
            <w:tcW w:type="dxa" w:w="4819"/>
          </w:tcPr>
          <w:p>
            <w:r/>
          </w:p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2409"/>
              <w:gridCol w:w="2409"/>
            </w:tblGrid>
            <w:tr>
              <w:tc>
                <w:tcPr>
                  <w:tcW w:type="dxa" w:w="2409"/>
                </w:tcPr>
                <w:p>
                  <w:r>
                    <w:rPr>
                      <w:color w:val="6B6A7A"/>
                      <w:sz w:val="17"/>
                    </w:rPr>
                    <w:t>Factuurnummer</w:t>
                  </w:r>
                </w:p>
              </w:tc>
              <w:tc>
                <w:tcPr>
                  <w:tcW w:type="dxa" w:w="2409"/>
                </w:tcPr>
                <w:p>
                  <w:pPr>
                    <w:jc w:val="right"/>
                  </w:pPr>
                  <w:r>
                    <w:t>[2026-0001]</w:t>
                  </w:r>
                </w:p>
              </w:tc>
            </w:tr>
            <w:tr>
              <w:tc>
                <w:tcPr>
                  <w:tcW w:type="dxa" w:w="2409"/>
                </w:tcPr>
                <w:p>
                  <w:r>
                    <w:rPr>
                      <w:color w:val="6B6A7A"/>
                      <w:sz w:val="17"/>
                    </w:rPr>
                    <w:t>Factuurdatum</w:t>
                  </w:r>
                </w:p>
              </w:tc>
              <w:tc>
                <w:tcPr>
                  <w:tcW w:type="dxa" w:w="2409"/>
                </w:tcPr>
                <w:p>
                  <w:pPr>
                    <w:jc w:val="right"/>
                  </w:pPr>
                  <w:r>
                    <w:t>[dd-mm-jjjj]</w:t>
                  </w:r>
                </w:p>
              </w:tc>
            </w:tr>
            <w:tr>
              <w:tc>
                <w:tcPr>
                  <w:tcW w:type="dxa" w:w="2409"/>
                </w:tcPr>
                <w:p>
                  <w:r>
                    <w:rPr>
                      <w:color w:val="6B6A7A"/>
                      <w:sz w:val="17"/>
                    </w:rPr>
                    <w:t>Vervaldatum</w:t>
                  </w:r>
                </w:p>
              </w:tc>
              <w:tc>
                <w:tcPr>
                  <w:tcW w:type="dxa" w:w="2409"/>
                </w:tcPr>
                <w:p>
                  <w:pPr>
                    <w:jc w:val="right"/>
                  </w:pPr>
                  <w:r>
                    <w:t>[dd-mm-jjjj]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b w:val="0"/>
          <w:color w:val="0B0A14"/>
          <w:sz w:val="20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 w:sz="4" w:color="E4E4EE"/>
          <w:left w:val="nil" w:sz="4" w:color="E4E4EE"/>
          <w:bottom w:val="single" w:sz="4" w:color="E4E4EE"/>
          <w:right w:val="nil" w:sz="4" w:color="E4E4EE"/>
          <w:insideH w:val="single" w:sz="4" w:color="E4E4EE"/>
          <w:insideV w:val="nil" w:sz="4" w:color="E4E4EE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4422"/>
            <w:shd w:val="clear" w:color="auto" w:fill="F3F3F8"/>
          </w:tcPr>
          <w:p>
            <w:r>
              <w:rPr>
                <w:b/>
                <w:color w:val="6B6A7A"/>
                <w:sz w:val="17"/>
              </w:rPr>
              <w:t>Omschrijving</w:t>
            </w:r>
          </w:p>
        </w:tc>
        <w:tc>
          <w:tcPr>
            <w:tcW w:type="dxa" w:w="1020"/>
            <w:shd w:val="clear" w:color="auto" w:fill="F3F3F8"/>
          </w:tcPr>
          <w:p>
            <w:pPr>
              <w:jc w:val="right"/>
            </w:pPr>
            <w:r>
              <w:rPr>
                <w:b/>
                <w:color w:val="6B6A7A"/>
                <w:sz w:val="17"/>
              </w:rPr>
              <w:t>Aantal</w:t>
            </w:r>
          </w:p>
        </w:tc>
        <w:tc>
          <w:tcPr>
            <w:tcW w:type="dxa" w:w="1701"/>
            <w:shd w:val="clear" w:color="auto" w:fill="F3F3F8"/>
          </w:tcPr>
          <w:p>
            <w:pPr>
              <w:jc w:val="right"/>
            </w:pPr>
            <w:r>
              <w:rPr>
                <w:b/>
                <w:color w:val="6B6A7A"/>
                <w:sz w:val="17"/>
              </w:rPr>
              <w:t>Prijs excl. btw</w:t>
            </w:r>
          </w:p>
        </w:tc>
        <w:tc>
          <w:tcPr>
            <w:tcW w:type="dxa" w:w="907"/>
            <w:shd w:val="clear" w:color="auto" w:fill="F3F3F8"/>
          </w:tcPr>
          <w:p>
            <w:pPr>
              <w:jc w:val="right"/>
            </w:pPr>
            <w:r>
              <w:rPr>
                <w:b/>
                <w:color w:val="6B6A7A"/>
                <w:sz w:val="17"/>
              </w:rPr>
              <w:t>Btw</w:t>
            </w:r>
          </w:p>
        </w:tc>
        <w:tc>
          <w:tcPr>
            <w:tcW w:type="dxa" w:w="1587"/>
            <w:shd w:val="clear" w:color="auto" w:fill="F3F3F8"/>
          </w:tcPr>
          <w:p>
            <w:pPr>
              <w:jc w:val="right"/>
            </w:pPr>
            <w:r>
              <w:rPr>
                <w:b/>
                <w:color w:val="6B6A7A"/>
                <w:sz w:val="17"/>
              </w:rPr>
              <w:t>Bedrag</w:t>
            </w:r>
          </w:p>
        </w:tc>
      </w:tr>
      <w:tr>
        <w:tc>
          <w:tcPr>
            <w:tcW w:type="dxa" w:w="4422"/>
          </w:tcPr>
          <w:p>
            <w:r>
              <w:t>[Omschrijving van het werk of product]</w:t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t>[1]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[€ 0,00]</w:t>
            </w:r>
          </w:p>
        </w:tc>
        <w:tc>
          <w:tcPr>
            <w:tcW w:type="dxa" w:w="907"/>
          </w:tcPr>
          <w:p>
            <w:pPr>
              <w:jc w:val="right"/>
            </w:pPr>
            <w:r>
              <w:t>[21%]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t>[€ 0,00]</w:t>
            </w:r>
          </w:p>
        </w:tc>
      </w:tr>
      <w:tr>
        <w:tc>
          <w:tcPr>
            <w:tcW w:type="dxa" w:w="4422"/>
          </w:tcPr>
          <w:p>
            <w:r>
              <w:t>[Omschrijving]</w:t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t>[1]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[€ 0,00]</w:t>
            </w:r>
          </w:p>
        </w:tc>
        <w:tc>
          <w:tcPr>
            <w:tcW w:type="dxa" w:w="907"/>
          </w:tcPr>
          <w:p>
            <w:pPr>
              <w:jc w:val="right"/>
            </w:pPr>
            <w:r>
              <w:t>[21%]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t>[€ 0,00]</w:t>
            </w:r>
          </w:p>
        </w:tc>
      </w:tr>
      <w:tr>
        <w:tc>
          <w:tcPr>
            <w:tcW w:type="dxa" w:w="4422"/>
          </w:tcPr>
          <w:p>
            <w:r/>
          </w:p>
        </w:tc>
        <w:tc>
          <w:tcPr>
            <w:tcW w:type="dxa" w:w="1020"/>
          </w:tcPr>
          <w:p>
            <w:pPr>
              <w:jc w:val="right"/>
            </w:pPr>
            <w:r/>
          </w:p>
        </w:tc>
        <w:tc>
          <w:tcPr>
            <w:tcW w:type="dxa" w:w="1701"/>
          </w:tcPr>
          <w:p>
            <w:pPr>
              <w:jc w:val="right"/>
            </w:pPr>
            <w:r/>
          </w:p>
        </w:tc>
        <w:tc>
          <w:tcPr>
            <w:tcW w:type="dxa" w:w="907"/>
          </w:tcPr>
          <w:p>
            <w:pPr>
              <w:jc w:val="right"/>
            </w:pPr>
            <w:r/>
          </w:p>
        </w:tc>
        <w:tc>
          <w:tcPr>
            <w:tcW w:type="dxa" w:w="1587"/>
          </w:tcPr>
          <w:p>
            <w:pPr>
              <w:jc w:val="right"/>
            </w:pPr>
            <w:r/>
          </w:p>
        </w:tc>
      </w:tr>
      <w:tr>
        <w:tc>
          <w:tcPr>
            <w:tcW w:type="dxa" w:w="4422"/>
          </w:tcPr>
          <w:p>
            <w:r/>
          </w:p>
        </w:tc>
        <w:tc>
          <w:tcPr>
            <w:tcW w:type="dxa" w:w="1020"/>
          </w:tcPr>
          <w:p>
            <w:pPr>
              <w:jc w:val="right"/>
            </w:pPr>
            <w:r/>
          </w:p>
        </w:tc>
        <w:tc>
          <w:tcPr>
            <w:tcW w:type="dxa" w:w="1701"/>
          </w:tcPr>
          <w:p>
            <w:pPr>
              <w:jc w:val="right"/>
            </w:pPr>
            <w:r/>
          </w:p>
        </w:tc>
        <w:tc>
          <w:tcPr>
            <w:tcW w:type="dxa" w:w="907"/>
          </w:tcPr>
          <w:p>
            <w:pPr>
              <w:jc w:val="right"/>
            </w:pPr>
            <w:r/>
          </w:p>
        </w:tc>
        <w:tc>
          <w:tcPr>
            <w:tcW w:type="dxa" w:w="1587"/>
          </w:tcPr>
          <w:p>
            <w:pPr>
              <w:jc w:val="right"/>
            </w:pPr>
            <w:r/>
          </w:p>
        </w:tc>
      </w:tr>
    </w:tbl>
    <w:p>
      <w:pPr>
        <w:spacing w:after="80"/>
      </w:pPr>
      <w:r>
        <w:rPr>
          <w:b w:val="0"/>
          <w:color w:val="0B0A14"/>
          <w:sz w:val="20"/>
        </w:rPr>
      </w: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</w:tcPr>
          <w:p>
            <w:r>
              <w:rPr>
                <w:color w:val="6B6A7A"/>
                <w:sz w:val="18"/>
              </w:rPr>
              <w:t>Subtotaal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[€ 0,00]</w:t>
            </w:r>
          </w:p>
        </w:tc>
      </w:tr>
      <w:tr>
        <w:tc>
          <w:tcPr>
            <w:tcW w:type="dxa" w:w="2835"/>
          </w:tcPr>
          <w:p>
            <w:r>
              <w:rPr>
                <w:color w:val="6B6A7A"/>
                <w:sz w:val="18"/>
              </w:rPr>
              <w:t>Btw 21% over [€ 0,00]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[€ 0,00]</w:t>
            </w:r>
          </w:p>
        </w:tc>
      </w:tr>
      <w:tr>
        <w:tc>
          <w:tcPr>
            <w:tcW w:type="dxa" w:w="2835"/>
          </w:tcPr>
          <w:p>
            <w:r>
              <w:rPr>
                <w:color w:val="6B6A7A"/>
                <w:sz w:val="18"/>
              </w:rPr>
              <w:t>Btw 9% over [€ 0,00]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[€ 0,00]</w:t>
            </w:r>
          </w:p>
        </w:tc>
      </w:tr>
      <w:tr>
        <w:tc>
          <w:tcPr>
            <w:tcW w:type="dxa" w:w="2835"/>
          </w:tcPr>
          <w:p>
            <w:r>
              <w:rPr>
                <w:b/>
                <w:sz w:val="24"/>
              </w:rPr>
              <w:t>Totaal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/>
                <w:sz w:val="24"/>
              </w:rPr>
              <w:t>[€ 0,00]</w:t>
            </w:r>
          </w:p>
        </w:tc>
      </w:tr>
    </w:tbl>
    <w:p>
      <w:pPr>
        <w:spacing w:after="160"/>
      </w:pPr>
      <w:r>
        <w:rPr>
          <w:b w:val="0"/>
          <w:color w:val="0B0A14"/>
          <w:sz w:val="20"/>
        </w:rPr>
      </w:r>
    </w:p>
    <w:p>
      <w:pPr>
        <w:spacing w:after="200"/>
      </w:pPr>
      <w:r>
        <w:rPr>
          <w:b w:val="0"/>
          <w:color w:val="0B0A14"/>
          <w:sz w:val="20"/>
        </w:rPr>
        <w:t>Graag betalen binnen 14 dagen na de factuurdatum op [IBAN] ten name van [bedrijfsnaam], onder vermelding van het factuurnummer.</w:t>
      </w:r>
    </w:p>
    <w:p>
      <w:pPr>
        <w:spacing w:after="40"/>
      </w:pPr>
      <w:r>
        <w:rPr>
          <w:b w:val="0"/>
          <w:color w:val="6B6A7A"/>
          <w:sz w:val="16"/>
        </w:rPr>
        <w:t>Btw verlegd? Zet bij de regel 0% en vermeld: "Btw verlegd" en het btw-id van je klant.</w:t>
      </w:r>
    </w:p>
    <w:p>
      <w:pPr>
        <w:spacing w:after="40"/>
      </w:pPr>
      <w:r>
        <w:rPr>
          <w:b w:val="0"/>
          <w:color w:val="6B6A7A"/>
          <w:sz w:val="16"/>
        </w:rPr>
        <w:t>Kleineondernemersregeling? Zet de btw op 0% en vermeld: "Vrijgesteld van btw op grond van de kleineondernemersregeling (KOR)."</w:t>
      </w:r>
    </w:p>
    <w:sectPr w:rsidR="00FC693F" w:rsidRPr="0006063C" w:rsidSect="00034616">
      <w:footerReference w:type="default" r:id="rId9"/>
      <w:pgSz w:w="11906" w:h="16838"/>
      <w:pgMar w:top="102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A7A"/>
        <w:sz w:val="15"/>
      </w:rPr>
      <w:t>[Bedrijfsnaam]  ·  KvK [nummer]  ·  Btw-id [nummer]  ·  IBAN [nummer]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Factuur template</dc:title>
  <dc:subject/>
  <dc:creator>invoice.systems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